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C4F3B"/>
          <w:sz w:val="36"/>
        </w:rPr>
        <w:t>Relance de facture : 6 modèles</w:t>
      </w:r>
    </w:p>
    <w:p>
      <w:r>
        <w:rPr>
          <w:color w:val="6B6B6B"/>
          <w:sz w:val="20"/>
        </w:rPr>
        <w:t>Du rappel avant échéance à la mise en demeure</w:t>
      </w:r>
    </w:p>
    <w:p>
      <w:r>
        <w:rPr>
          <w:color w:val="6B6B6B"/>
        </w:rPr>
        <w:t>Remplacez les éléments entre crochets. Calendrier conseillé : J-3 rappel amical · J+1 relance courtoise · J+10 relance ferme puis appel · J+20 dernier rappel · J+30 mise en demeure.</w:t>
      </w:r>
    </w:p>
    <w:p>
      <w:pPr>
        <w:spacing w:before="280"/>
      </w:pPr>
      <w:r>
        <w:rPr>
          <w:b/>
          <w:color w:val="3C4F3B"/>
          <w:sz w:val="24"/>
        </w:rPr>
        <w:t>Modèle 1 · Rappel amical, 3 jours avant l'échéance</w:t>
      </w:r>
    </w:p>
    <w:p>
      <w:r>
        <w:rPr>
          <w:b/>
        </w:rPr>
        <w:t>Objet :</w:t>
      </w:r>
      <w:r>
        <w:rPr>
          <w:b w:val="0"/>
        </w:rPr>
        <w:t xml:space="preserve"> Facture n° [numéro] : échéance le [date]</w:t>
      </w:r>
    </w:p>
    <w:p>
      <w:r>
        <w:rPr>
          <w:b w:val="0"/>
        </w:rPr>
        <w:t>Bonjour [prénom],</w:t>
      </w:r>
    </w:p>
    <w:p>
      <w:r>
        <w:rPr>
          <w:b w:val="0"/>
        </w:rPr>
        <w:t>Petit rappel : la facture n° [numéro] d'un montant de [montant] € arrive à échéance le [date]. Vous la trouverez en pièce jointe, avec nos coordonnées bancaires.</w:t>
      </w:r>
    </w:p>
    <w:p>
      <w:r>
        <w:rPr>
          <w:b w:val="0"/>
        </w:rPr>
        <w:t>Merci d'avance, et bonne journée,</w:t>
      </w:r>
      <w:r>
        <w:br/>
      </w:r>
      <w:r>
        <w:rPr>
          <w:b w:val="0"/>
        </w:rPr>
        <w:t>[Votre nom]</w:t>
      </w:r>
    </w:p>
    <w:p>
      <w:pPr>
        <w:spacing w:before="280"/>
      </w:pPr>
      <w:r>
        <w:rPr>
          <w:b/>
          <w:color w:val="3C4F3B"/>
          <w:sz w:val="24"/>
        </w:rPr>
        <w:t>Modèle 2 · Relance courtoise, le lendemain de l'échéance</w:t>
      </w:r>
    </w:p>
    <w:p>
      <w:r>
        <w:rPr>
          <w:b/>
        </w:rPr>
        <w:t>Objet :</w:t>
      </w:r>
      <w:r>
        <w:rPr>
          <w:b w:val="0"/>
        </w:rPr>
        <w:t xml:space="preserve"> Facture n° [numéro] : petit rappel</w:t>
      </w:r>
    </w:p>
    <w:p>
      <w:r>
        <w:rPr>
          <w:b w:val="0"/>
        </w:rPr>
        <w:t>Bonjour [prénom],</w:t>
      </w:r>
    </w:p>
    <w:p>
      <w:r>
        <w:rPr>
          <w:b w:val="0"/>
        </w:rPr>
        <w:t>Sauf erreur de notre part, la facture n° [numéro] d'un montant de [montant] €, arrivée à échéance le [date], n'a pas encore été réglée. Il s'agit sans doute d'un simple oubli.</w:t>
      </w:r>
    </w:p>
    <w:p>
      <w:r>
        <w:rPr>
          <w:b w:val="0"/>
        </w:rPr>
        <w:t>Vous la trouverez en pièce jointe, avec nos coordonnées bancaires. Si le paiement est déjà parti, merci de ne pas tenir compte de ce message.</w:t>
      </w:r>
    </w:p>
    <w:p>
      <w:r>
        <w:rPr>
          <w:b w:val="0"/>
        </w:rPr>
        <w:t>Bonne journée,</w:t>
      </w:r>
      <w:r>
        <w:br/>
      </w:r>
      <w:r>
        <w:rPr>
          <w:b w:val="0"/>
        </w:rPr>
        <w:t>[Votre nom]</w:t>
      </w:r>
    </w:p>
    <w:p>
      <w:pPr>
        <w:spacing w:before="280"/>
      </w:pPr>
      <w:r>
        <w:rPr>
          <w:b/>
          <w:color w:val="3C4F3B"/>
          <w:sz w:val="24"/>
        </w:rPr>
        <w:t>Modèle 3 · Relance ferme, une dizaine de jours après</w:t>
      </w:r>
    </w:p>
    <w:p>
      <w:r>
        <w:rPr>
          <w:b/>
        </w:rPr>
        <w:t>Objet :</w:t>
      </w:r>
      <w:r>
        <w:rPr>
          <w:b w:val="0"/>
        </w:rPr>
        <w:t xml:space="preserve"> Facture n° [numéro] : règlement en attente</w:t>
      </w:r>
    </w:p>
    <w:p>
      <w:r>
        <w:rPr>
          <w:b w:val="0"/>
        </w:rPr>
        <w:t>Bonjour [prénom],</w:t>
      </w:r>
    </w:p>
    <w:p>
      <w:r>
        <w:rPr>
          <w:b w:val="0"/>
        </w:rPr>
        <w:t>Malgré notre précédent message, la facture n° [numéro] de [montant] €, échue le [date], reste impayée à ce jour.</w:t>
      </w:r>
    </w:p>
    <w:p>
      <w:r>
        <w:rPr>
          <w:b w:val="0"/>
        </w:rPr>
        <w:t>Merci de procéder au règlement sous 8 jours. Si vous rencontrez une difficulté, appelez-moi : nous trouverons une solution ensemble.</w:t>
      </w:r>
    </w:p>
    <w:p>
      <w:r>
        <w:rPr>
          <w:b w:val="0"/>
        </w:rPr>
        <w:t>Cordialement,</w:t>
      </w:r>
      <w:r>
        <w:br/>
      </w:r>
      <w:r>
        <w:rPr>
          <w:b w:val="0"/>
        </w:rPr>
        <w:t>[Votre nom] · [téléphone]</w:t>
      </w:r>
    </w:p>
    <w:p>
      <w:pPr>
        <w:spacing w:before="280"/>
      </w:pPr>
      <w:r>
        <w:rPr>
          <w:b/>
          <w:color w:val="3C4F3B"/>
          <w:sz w:val="24"/>
        </w:rPr>
        <w:t>Modèle 4 · SMS de relance, court et direct</w:t>
      </w:r>
    </w:p>
    <w:p>
      <w:r>
        <w:rPr>
          <w:b w:val="0"/>
        </w:rPr>
        <w:t>Bonjour [prénom], c'est [votre nom] de [entreprise]. Petit rappel pour la facture n° [numéro] de [montant] €, échue le [date]. Je vous la renvoie par mail si besoin. Merci et bonne journée !</w:t>
      </w:r>
    </w:p>
    <w:p>
      <w:pPr>
        <w:spacing w:before="280"/>
      </w:pPr>
      <w:r>
        <w:rPr>
          <w:b/>
          <w:color w:val="3C4F3B"/>
          <w:sz w:val="24"/>
        </w:rPr>
        <w:t>Modèle 5 · Dernier rappel avant mise en demeure</w:t>
      </w:r>
    </w:p>
    <w:p>
      <w:r>
        <w:rPr>
          <w:b/>
        </w:rPr>
        <w:t>Objet :</w:t>
      </w:r>
      <w:r>
        <w:rPr>
          <w:b w:val="0"/>
        </w:rPr>
        <w:t xml:space="preserve"> Facture n° [numéro] : dernier rappel</w:t>
      </w:r>
    </w:p>
    <w:p>
      <w:r>
        <w:rPr>
          <w:b w:val="0"/>
        </w:rPr>
        <w:t>Bonjour [prénom],</w:t>
      </w:r>
    </w:p>
    <w:p>
      <w:r>
        <w:rPr>
          <w:b w:val="0"/>
        </w:rPr>
        <w:t>Nos relances concernant la facture n° [numéro] de [montant] €, échue le [date], sont restées sans réponse.</w:t>
      </w:r>
    </w:p>
    <w:p>
      <w:r>
        <w:rPr>
          <w:b w:val="0"/>
        </w:rPr>
        <w:t>Sans règlement de votre part d'ici le [date limite], nous devrons vous adresser une mise en demeure. Les pénalités de retard et l'indemnité forfaitaire de 40 € pour frais de recouvrement prévues dans nos conditions seront alors appliquées.</w:t>
      </w:r>
    </w:p>
    <w:p>
      <w:r>
        <w:rPr>
          <w:b w:val="0"/>
        </w:rPr>
        <w:t>Nous préférerions naturellement régler cela simplement.</w:t>
      </w:r>
    </w:p>
    <w:p>
      <w:r>
        <w:rPr>
          <w:b w:val="0"/>
        </w:rPr>
        <w:t>Cordialement,</w:t>
      </w:r>
      <w:r>
        <w:br/>
      </w:r>
      <w:r>
        <w:rPr>
          <w:b w:val="0"/>
        </w:rPr>
        <w:t>[Votre nom]</w:t>
      </w:r>
    </w:p>
    <w:p>
      <w:pPr>
        <w:spacing w:before="280"/>
      </w:pPr>
      <w:r>
        <w:rPr>
          <w:b/>
          <w:color w:val="3C4F3B"/>
          <w:sz w:val="24"/>
        </w:rPr>
        <w:t>Modèle 6 · Lettre de mise en demeure, en recommandé avec accusé de réception</w:t>
      </w:r>
    </w:p>
    <w:p>
      <w:r>
        <w:rPr>
          <w:b/>
        </w:rPr>
        <w:t>Objet :</w:t>
      </w:r>
      <w:r>
        <w:rPr>
          <w:b w:val="0"/>
        </w:rPr>
        <w:t xml:space="preserve"> Mise en demeure de payer la facture n° [numéro]</w:t>
      </w:r>
    </w:p>
    <w:p>
      <w:r>
        <w:rPr>
          <w:b w:val="0"/>
        </w:rPr>
        <w:t>Madame, Monsieur,</w:t>
      </w:r>
    </w:p>
    <w:p>
      <w:r>
        <w:rPr>
          <w:b w:val="0"/>
        </w:rPr>
        <w:t>Malgré nos relances du [date relance 1], du [date relance 2] et du [date relance 3], la facture n° [numéro] du [date de facture], d'un montant de [montant] € TTC, échue le [date d'échéance], demeure impayée.</w:t>
      </w:r>
    </w:p>
    <w:p>
      <w:r>
        <w:rPr>
          <w:b w:val="0"/>
        </w:rPr>
        <w:t>Par la présente, nous vous mettons en demeure de régler cette somme sous 8 jours à compter de la réception de ce courrier. À cette somme s'ajoutent les pénalités de retard prévues dans nos conditions générales de vente, ainsi que l'indemnité forfaitaire de 40 € pour frais de recouvrement.</w:t>
      </w:r>
    </w:p>
    <w:p>
      <w:r>
        <w:rPr>
          <w:b w:val="0"/>
        </w:rPr>
        <w:t>À défaut de paiement dans ce délai, nous engagerons les démarches nécessaires au recouvrement de notre créance.</w:t>
      </w:r>
    </w:p>
    <w:p>
      <w:r>
        <w:rPr>
          <w:b w:val="0"/>
        </w:rPr>
        <w:t>Veuillez agréer, Madame, Monsieur, nos salutations distinguées.</w:t>
      </w:r>
      <w:r>
        <w:br/>
      </w:r>
      <w:r>
        <w:rPr>
          <w:b w:val="0"/>
        </w:rPr>
        <w:t>[Votre nom, fonction, signature]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B"/>
        <w:sz w:val="16"/>
      </w:rPr>
      <w:t>Modèle gratuit proposé par SL Agence · slagence.fr · Libre d'utilisation et de modification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