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C4F3B"/>
          <w:sz w:val="36"/>
        </w:rPr>
        <w:t>Relance de devis : 8 modèles</w:t>
      </w:r>
    </w:p>
    <w:p>
      <w:r>
        <w:rPr>
          <w:color w:val="6B6B6B"/>
          <w:sz w:val="20"/>
        </w:rPr>
        <w:t>Mail et SMS, du simple rappel au message de clôture</w:t>
      </w:r>
    </w:p>
    <w:p>
      <w:r>
        <w:rPr>
          <w:color w:val="6B6B6B"/>
        </w:rPr>
        <w:t>Remplacez les éléments entre crochets. Calendrier conseillé : J+2 vérifier la réception · J+7 première relance · J+10 appel · J+15 nouvel argument · J+30 message de clôture.</w:t>
      </w:r>
    </w:p>
    <w:p>
      <w:pPr>
        <w:spacing w:before="280"/>
      </w:pPr>
      <w:r>
        <w:rPr>
          <w:b/>
          <w:color w:val="3C4F3B"/>
          <w:sz w:val="24"/>
        </w:rPr>
        <w:t>Modèle 1 · Vérifier la bonne réception, 2 jours après</w:t>
      </w:r>
    </w:p>
    <w:p>
      <w:r>
        <w:rPr>
          <w:b/>
        </w:rPr>
        <w:t>Objet :</w:t>
      </w:r>
      <w:r>
        <w:rPr>
          <w:b w:val="0"/>
        </w:rPr>
        <w:t xml:space="preserve"> Devis [objet] : bien reçu ?</w:t>
      </w:r>
    </w:p>
    <w:p>
      <w:r>
        <w:rPr>
          <w:b w:val="0"/>
        </w:rPr>
        <w:t>Bonjour [prénom],</w:t>
      </w:r>
    </w:p>
    <w:p>
      <w:r>
        <w:rPr>
          <w:b w:val="0"/>
        </w:rPr>
        <w:t>Je voulais simplement m'assurer que vous aviez bien reçu notre devis pour [objet], envoyé le [date]. Je vous le remets en pièce jointe au cas où.</w:t>
      </w:r>
    </w:p>
    <w:p>
      <w:r>
        <w:rPr>
          <w:b w:val="0"/>
        </w:rPr>
        <w:t>Bonne journée,</w:t>
      </w:r>
      <w:r>
        <w:br/>
      </w:r>
      <w:r>
        <w:rPr>
          <w:b w:val="0"/>
        </w:rPr>
        <w:t>[Votre nom]</w:t>
      </w:r>
    </w:p>
    <w:p>
      <w:pPr>
        <w:spacing w:before="280"/>
      </w:pPr>
      <w:r>
        <w:rPr>
          <w:b/>
          <w:color w:val="3C4F3B"/>
          <w:sz w:val="24"/>
        </w:rPr>
        <w:t>Modèle 2 · Première relance, une semaine après</w:t>
      </w:r>
    </w:p>
    <w:p>
      <w:r>
        <w:rPr>
          <w:b/>
        </w:rPr>
        <w:t>Objet :</w:t>
      </w:r>
      <w:r>
        <w:rPr>
          <w:b w:val="0"/>
        </w:rPr>
        <w:t xml:space="preserve"> Suite à notre devis n° [numéro]</w:t>
      </w:r>
    </w:p>
    <w:p>
      <w:r>
        <w:rPr>
          <w:b w:val="0"/>
        </w:rPr>
        <w:t>Bonjour [prénom],</w:t>
      </w:r>
    </w:p>
    <w:p>
      <w:r>
        <w:rPr>
          <w:b w:val="0"/>
        </w:rPr>
        <w:t>Je reviens vers vous au sujet du devis n° [numéro] pour [objet]. Avez-vous eu le temps de l'étudier ?</w:t>
      </w:r>
    </w:p>
    <w:p>
      <w:r>
        <w:rPr>
          <w:b w:val="0"/>
        </w:rPr>
        <w:t>Si un point mérite d'être précisé ou ajusté, je suis disponible pour en parler 10 minutes, quand vous le souhaitez.</w:t>
      </w:r>
    </w:p>
    <w:p>
      <w:r>
        <w:rPr>
          <w:b w:val="0"/>
        </w:rPr>
        <w:t>Bien cordialement,</w:t>
      </w:r>
      <w:r>
        <w:br/>
      </w:r>
      <w:r>
        <w:rPr>
          <w:b w:val="0"/>
        </w:rPr>
        <w:t>[Votre nom] · [téléphone]</w:t>
      </w:r>
    </w:p>
    <w:p>
      <w:pPr>
        <w:spacing w:before="280"/>
      </w:pPr>
      <w:r>
        <w:rPr>
          <w:b/>
          <w:color w:val="3C4F3B"/>
          <w:sz w:val="24"/>
        </w:rPr>
        <w:t>Modèle 3 · Le client a une question ou un doute</w:t>
      </w:r>
    </w:p>
    <w:p>
      <w:r>
        <w:rPr>
          <w:b/>
        </w:rPr>
        <w:t>Objet :</w:t>
      </w:r>
      <w:r>
        <w:rPr>
          <w:b w:val="0"/>
        </w:rPr>
        <w:t xml:space="preserve"> Devis [objet] : on en parle ?</w:t>
      </w:r>
    </w:p>
    <w:p>
      <w:r>
        <w:rPr>
          <w:b w:val="0"/>
        </w:rPr>
        <w:t>Bonjour [prénom],</w:t>
      </w:r>
    </w:p>
    <w:p>
      <w:r>
        <w:rPr>
          <w:b w:val="0"/>
        </w:rPr>
        <w:t>Un devis soulève souvent des questions : le planning, le détail d'une ligne, les options possibles. Plutôt qu'un long échange de mails, je vous propose un appel de 10 minutes.</w:t>
      </w:r>
    </w:p>
    <w:p>
      <w:r>
        <w:rPr>
          <w:b w:val="0"/>
        </w:rPr>
        <w:t>Seriez-vous disponible [jour] à [heure], ou préférez-vous me proposer un créneau ?</w:t>
      </w:r>
    </w:p>
    <w:p>
      <w:r>
        <w:rPr>
          <w:b w:val="0"/>
        </w:rPr>
        <w:t>Bien cordialement,</w:t>
      </w:r>
      <w:r>
        <w:br/>
      </w:r>
      <w:r>
        <w:rPr>
          <w:b w:val="0"/>
        </w:rPr>
        <w:t>[Votre nom]</w:t>
      </w:r>
    </w:p>
    <w:p>
      <w:pPr>
        <w:spacing w:before="280"/>
      </w:pPr>
      <w:r>
        <w:rPr>
          <w:b/>
          <w:color w:val="3C4F3B"/>
          <w:sz w:val="24"/>
        </w:rPr>
        <w:t>Modèle 4 · Le client compare plusieurs devis</w:t>
      </w:r>
    </w:p>
    <w:p>
      <w:r>
        <w:rPr>
          <w:b/>
        </w:rPr>
        <w:t>Objet :</w:t>
      </w:r>
      <w:r>
        <w:rPr>
          <w:b w:val="0"/>
        </w:rPr>
        <w:t xml:space="preserve"> Votre projet [objet]</w:t>
      </w:r>
    </w:p>
    <w:p>
      <w:r>
        <w:rPr>
          <w:b w:val="0"/>
        </w:rPr>
        <w:t>Bonjour [prénom],</w:t>
      </w:r>
    </w:p>
    <w:p>
      <w:r>
        <w:rPr>
          <w:b w:val="0"/>
        </w:rPr>
        <w:t>Vous comparez sans doute plusieurs propositions, et c'est bien normal. Pour vous aider à décider, voici ce que comprend la nôtre : [atout 1], [atout 2] et [atout 3].</w:t>
      </w:r>
    </w:p>
    <w:p>
      <w:r>
        <w:rPr>
          <w:b w:val="0"/>
        </w:rPr>
        <w:t>Je reste disponible pour répondre à vos questions.</w:t>
      </w:r>
    </w:p>
    <w:p>
      <w:r>
        <w:rPr>
          <w:b w:val="0"/>
        </w:rPr>
        <w:t>Bien cordialement,</w:t>
      </w:r>
      <w:r>
        <w:br/>
      </w:r>
      <w:r>
        <w:rPr>
          <w:b w:val="0"/>
        </w:rPr>
        <w:t>[Votre nom]</w:t>
      </w:r>
    </w:p>
    <w:p>
      <w:pPr>
        <w:spacing w:before="280"/>
      </w:pPr>
      <w:r>
        <w:rPr>
          <w:b/>
          <w:color w:val="3C4F3B"/>
          <w:sz w:val="24"/>
        </w:rPr>
        <w:t>Modèle 5 · Le prix fait hésiter</w:t>
      </w:r>
    </w:p>
    <w:p>
      <w:r>
        <w:rPr>
          <w:b/>
        </w:rPr>
        <w:t>Objet :</w:t>
      </w:r>
      <w:r>
        <w:rPr>
          <w:b w:val="0"/>
        </w:rPr>
        <w:t xml:space="preserve"> Devis [objet] : une option plus légère</w:t>
      </w:r>
    </w:p>
    <w:p>
      <w:r>
        <w:rPr>
          <w:b w:val="0"/>
        </w:rPr>
        <w:t>Bonjour [prénom],</w:t>
      </w:r>
    </w:p>
    <w:p>
      <w:r>
        <w:rPr>
          <w:b w:val="0"/>
        </w:rPr>
        <w:t>Si le budget vous fait hésiter, nous pouvons adapter la proposition : [option plus simple, étape par étape ou paiement en plusieurs fois].</w:t>
      </w:r>
    </w:p>
    <w:p>
      <w:r>
        <w:rPr>
          <w:b w:val="0"/>
        </w:rPr>
        <w:t>Voulez-vous que je vous prépare cette version ?</w:t>
      </w:r>
    </w:p>
    <w:p>
      <w:r>
        <w:rPr>
          <w:b w:val="0"/>
        </w:rPr>
        <w:t>Bien cordialement,</w:t>
      </w:r>
      <w:r>
        <w:br/>
      </w:r>
      <w:r>
        <w:rPr>
          <w:b w:val="0"/>
        </w:rPr>
        <w:t>[Votre nom]</w:t>
      </w:r>
    </w:p>
    <w:p>
      <w:pPr>
        <w:spacing w:before="280"/>
      </w:pPr>
      <w:r>
        <w:rPr>
          <w:b/>
          <w:color w:val="3C4F3B"/>
          <w:sz w:val="24"/>
        </w:rPr>
        <w:t>Modèle 6 · SMS de relance</w:t>
      </w:r>
    </w:p>
    <w:p>
      <w:r>
        <w:rPr>
          <w:b w:val="0"/>
        </w:rPr>
        <w:t>Bonjour [prénom], c'est [votre nom] de [entreprise]. Avez-vous pu regarder notre devis pour [objet] ? Je reste dispo pour en parler si besoin. Bonne journée !</w:t>
      </w:r>
    </w:p>
    <w:p>
      <w:pPr>
        <w:spacing w:before="280"/>
      </w:pPr>
      <w:r>
        <w:rPr>
          <w:b/>
          <w:color w:val="3C4F3B"/>
          <w:sz w:val="24"/>
        </w:rPr>
        <w:t>Modèle 7 · Le devis arrive à expiration</w:t>
      </w:r>
    </w:p>
    <w:p>
      <w:r>
        <w:rPr>
          <w:b/>
        </w:rPr>
        <w:t>Objet :</w:t>
      </w:r>
      <w:r>
        <w:rPr>
          <w:b w:val="0"/>
        </w:rPr>
        <w:t xml:space="preserve"> Votre devis expire le [date]</w:t>
      </w:r>
    </w:p>
    <w:p>
      <w:r>
        <w:rPr>
          <w:b w:val="0"/>
        </w:rPr>
        <w:t>Bonjour [prénom],</w:t>
      </w:r>
    </w:p>
    <w:p>
      <w:r>
        <w:rPr>
          <w:b w:val="0"/>
        </w:rPr>
        <w:t>Petit rappel : notre devis n° [numéro] pour [objet] reste valable jusqu'au [date]. Au-delà, les tarifs et le planning pourront évoluer.</w:t>
      </w:r>
    </w:p>
    <w:p>
      <w:r>
        <w:rPr>
          <w:b w:val="0"/>
        </w:rPr>
        <w:t>Si le projet est toujours d'actualité, je vous réserve volontiers le créneau.</w:t>
      </w:r>
    </w:p>
    <w:p>
      <w:r>
        <w:rPr>
          <w:b w:val="0"/>
        </w:rPr>
        <w:t>Bien cordialement,</w:t>
      </w:r>
      <w:r>
        <w:br/>
      </w:r>
      <w:r>
        <w:rPr>
          <w:b w:val="0"/>
        </w:rPr>
        <w:t>[Votre nom]</w:t>
      </w:r>
    </w:p>
    <w:p>
      <w:pPr>
        <w:spacing w:before="280"/>
      </w:pPr>
      <w:r>
        <w:rPr>
          <w:b/>
          <w:color w:val="3C4F3B"/>
          <w:sz w:val="24"/>
        </w:rPr>
        <w:t>Modèle 8 · Message de clôture, un mois après</w:t>
      </w:r>
    </w:p>
    <w:p>
      <w:r>
        <w:rPr>
          <w:b/>
        </w:rPr>
        <w:t>Objet :</w:t>
      </w:r>
      <w:r>
        <w:rPr>
          <w:b w:val="0"/>
        </w:rPr>
        <w:t xml:space="preserve"> Je clôture votre dossier ?</w:t>
      </w:r>
    </w:p>
    <w:p>
      <w:r>
        <w:rPr>
          <w:b w:val="0"/>
        </w:rPr>
        <w:t>Bonjour [prénom],</w:t>
      </w:r>
    </w:p>
    <w:p>
      <w:r>
        <w:rPr>
          <w:b w:val="0"/>
        </w:rPr>
        <w:t>Sans nouvelles de votre part concernant notre devis pour [objet], je suppose que le projet a été repoussé ou confié à quelqu'un d'autre, ce que je comprends tout à fait.</w:t>
      </w:r>
    </w:p>
    <w:p>
      <w:r>
        <w:rPr>
          <w:b w:val="0"/>
        </w:rPr>
        <w:t>Je clôture donc le dossier de mon côté. Si le projet revient d'actualité, il suffit de répondre à ce mail.</w:t>
      </w:r>
    </w:p>
    <w:p>
      <w:r>
        <w:rPr>
          <w:b w:val="0"/>
        </w:rPr>
        <w:t>Bonne continuation,</w:t>
      </w:r>
      <w:r>
        <w:br/>
      </w:r>
      <w:r>
        <w:rPr>
          <w:b w:val="0"/>
        </w:rPr>
        <w:t>[Votre nom]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B"/>
        <w:sz w:val="16"/>
      </w:rPr>
      <w:t>Modèle gratuit proposé par SL Agence · slagence.fr · Libre d'utilisation et de modification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