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C4F3B"/>
          <w:sz w:val="36"/>
        </w:rPr>
        <w:t>BON D'INTERVENTION N° ............</w:t>
      </w:r>
    </w:p>
    <w:p>
      <w:r>
        <w:rPr>
          <w:color w:val="6B6B6B"/>
          <w:sz w:val="20"/>
        </w:rPr>
        <w:t>[Nom de l'entreprise] · SIRET [numéro] · [adresse] · [téléphone] · [e-mail]</w:t>
      </w:r>
    </w:p>
    <w:p>
      <w:pPr>
        <w:spacing w:before="200" w:after="80"/>
      </w:pPr>
      <w:r>
        <w:rPr>
          <w:b/>
          <w:color w:val="3C4F3B"/>
          <w:sz w:val="19"/>
        </w:rPr>
        <w:t>1. CLIENT ET INTERVENTION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Client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Téléphone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Adresse d'intervention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E-mail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Devis / commande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Heure d'arrivée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Heure de départ</w:t>
            </w:r>
          </w:p>
        </w:tc>
        <w:tc>
          <w:tcPr>
            <w:tcW w:type="dxa" w:w="2778"/>
          </w:tcPr>
          <w:p/>
        </w:tc>
      </w:tr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Intervenant(s)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Véhicule / km</w:t>
            </w:r>
          </w:p>
        </w:tc>
        <w:tc>
          <w:tcPr>
            <w:tcW w:type="dxa" w:w="2778"/>
          </w:tcPr>
          <w:p/>
        </w:tc>
      </w:tr>
    </w:tbl>
    <w:p>
      <w:pPr>
        <w:spacing w:before="200" w:after="80"/>
      </w:pPr>
      <w:r>
        <w:rPr>
          <w:b/>
          <w:color w:val="3C4F3B"/>
          <w:sz w:val="19"/>
        </w:rPr>
        <w:t>2. TRAVAUX RÉALISÉS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  <w:color w:val="3C4F3B"/>
                <w:sz w:val="18"/>
              </w:rPr>
              <w:t>Motif de l'appel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  <w:color w:val="3C4F3B"/>
                <w:sz w:val="18"/>
              </w:rPr>
              <w:t>Description précise des travaux réalisés</w:t>
            </w:r>
          </w:p>
          <w:p/>
          <w:p/>
          <w:p/>
          <w:p/>
          <w:p/>
        </w:tc>
      </w:tr>
    </w:tbl>
    <w:p>
      <w:pPr>
        <w:spacing w:before="200" w:after="80"/>
      </w:pPr>
      <w:r>
        <w:rPr>
          <w:b/>
          <w:color w:val="3C4F3B"/>
          <w:sz w:val="19"/>
        </w:rPr>
        <w:t>3. PIÈCES, FOURNITURES ET TEMPS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EF2EC"/>
          </w:tcPr>
          <w:p>
            <w:r>
              <w:rPr>
                <w:b/>
                <w:sz w:val="18"/>
              </w:rPr>
              <w:t>Désignation</w:t>
            </w:r>
          </w:p>
        </w:tc>
        <w:tc>
          <w:tcPr>
            <w:tcW w:type="dxa" w:w="2409"/>
            <w:shd w:val="clear" w:color="auto" w:fill="EEF2EC"/>
          </w:tcPr>
          <w:p>
            <w:r>
              <w:rPr>
                <w:b/>
                <w:sz w:val="18"/>
              </w:rPr>
              <w:t>Référence</w:t>
            </w:r>
          </w:p>
        </w:tc>
        <w:tc>
          <w:tcPr>
            <w:tcW w:type="dxa" w:w="2409"/>
            <w:shd w:val="clear" w:color="auto" w:fill="EEF2EC"/>
          </w:tcPr>
          <w:p>
            <w:r>
              <w:rPr>
                <w:b/>
                <w:sz w:val="18"/>
              </w:rPr>
              <w:t>Quantité</w:t>
            </w:r>
          </w:p>
        </w:tc>
        <w:tc>
          <w:tcPr>
            <w:tcW w:type="dxa" w:w="2409"/>
            <w:shd w:val="clear" w:color="auto" w:fill="EEF2EC"/>
          </w:tcPr>
          <w:p>
            <w:r>
              <w:rPr>
                <w:b/>
                <w:sz w:val="18"/>
              </w:rPr>
              <w:t>Observations</w:t>
            </w:r>
          </w:p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Temps passé</w:t>
            </w:r>
          </w:p>
        </w:tc>
        <w:tc>
          <w:tcPr>
            <w:tcW w:type="dxa" w:w="2778"/>
          </w:tcPr>
          <w:p/>
        </w:tc>
        <w:tc>
          <w:tcPr>
            <w:tcW w:type="dxa" w:w="2041"/>
            <w:shd w:val="clear" w:color="auto" w:fill="EEF2EC"/>
          </w:tcPr>
          <w:p>
            <w:r>
              <w:rPr>
                <w:b/>
                <w:sz w:val="18"/>
              </w:rPr>
              <w:t>Déplacement</w:t>
            </w:r>
          </w:p>
        </w:tc>
        <w:tc>
          <w:tcPr>
            <w:tcW w:type="dxa" w:w="2778"/>
          </w:tcPr>
          <w:p/>
        </w:tc>
      </w:tr>
    </w:tbl>
    <w:p>
      <w:pPr>
        <w:spacing w:before="200" w:after="80"/>
      </w:pPr>
      <w:r>
        <w:rPr>
          <w:b/>
          <w:color w:val="3C4F3B"/>
          <w:sz w:val="19"/>
        </w:rPr>
        <w:t>4. CONSTAT ET RÉSERVES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  <w:color w:val="3C4F3B"/>
                <w:sz w:val="18"/>
              </w:rPr>
              <w:t>Observations, réserves du client ou du technicien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rPr>
                <w:b/>
                <w:color w:val="3C4F3B"/>
                <w:sz w:val="18"/>
              </w:rPr>
              <w:t>Travaux restant à prévoir ou conseillés</w:t>
            </w:r>
          </w:p>
          <w:p/>
          <w:p/>
        </w:tc>
      </w:tr>
    </w:tbl>
    <w:p>
      <w:pPr>
        <w:spacing w:before="200" w:after="80"/>
      </w:pPr>
      <w:r>
        <w:rPr>
          <w:b/>
          <w:color w:val="3C4F3B"/>
          <w:sz w:val="19"/>
        </w:rPr>
        <w:t>5. VALIDATION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9"/>
              </w:rPr>
              <w:t>Le client</w:t>
              <w:br/>
              <w:t>Nom : ..............................</w:t>
              <w:br/>
              <w:t>Date et heure : ..................</w:t>
              <w:br/>
              <w:t>« Je confirme la réalisation des travaux décrits ci-dessus. »</w:t>
              <w:br/>
              <w:br/>
              <w:t>Signature :</w:t>
              <w:br/>
              <w:br/>
              <w:br/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Le technicien</w:t>
              <w:br/>
              <w:t>Nom : ..............................</w:t>
              <w:br/>
              <w:br/>
              <w:br/>
              <w:br/>
              <w:t>Signature :</w:t>
              <w:br/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Modèle gratuit proposé par SL Agence · slagence.fr · Libre d'utilisation et de modification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